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[YOUR NAME]</w:t>
      </w:r>
    </w:p>
    <w:p>
      <w:r>
        <w:t>[City, country] | [Phone] | [Professional email]</w:t>
      </w:r>
    </w:p>
    <w:p>
      <w:r>
        <w:t>[Date]</w:t>
      </w:r>
    </w:p>
    <w:p>
      <w:r>
        <w:t>[Hiring manager's name, if known]</w:t>
        <w:br/>
        <w:t>[Organisation]</w:t>
      </w:r>
    </w:p>
    <w:p>
      <w:r>
        <w:t>Dear [Hiring manager's name or Hiring team],</w:t>
      </w:r>
    </w:p>
    <w:p>
      <w:r>
        <w:t>I am applying for the [Job title] role at [Organisation]. My experience in [relevant area] matches your need for [requirement from the job advert].</w:t>
      </w:r>
    </w:p>
    <w:p>
      <w:r>
        <w:t>In my role at [Employer, project or voluntary organisation], I [describe one action you personally took]. This led to [accurate, specific outcome]. I would bring the same [relevant skill] to [task or priority in the advertised role].</w:t>
      </w:r>
    </w:p>
    <w:p>
      <w:r>
        <w:t>I am interested in this role because [specific, accurate reason]. Through [second relevant example], I developed [skill supported by that example]. I would welcome the opportunity to contribute this experience to your team.</w:t>
      </w:r>
    </w:p>
    <w:p>
      <w:r>
        <w:t>Thank you for considering my application. I would welcome the opportunity to discuss how my experience fits this role.</w:t>
      </w:r>
    </w:p>
    <w:p>
      <w:r>
        <w:t>Kind regards,</w:t>
        <w:br/>
        <w:t>[YOUR NAME]</w:t>
      </w:r>
    </w:p>
    <w:sectPr w:rsidR="00FC693F" w:rsidRPr="0006063C" w:rsidSect="00034616">
      <w:pgSz w:w="11906" w:h="16838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20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Free cover letter template</dc:title>
  <dc:subject>Editable cover letter with placeholders</dc:subject>
  <dc:creator>CV Anywhere</dc:creator>
  <cp:keywords/>
  <dc:description/>
  <cp:lastModifiedBy>CV Anywhere</cp:lastModifiedBy>
  <cp:revision>1</cp:revision>
  <dcterms:created xsi:type="dcterms:W3CDTF">2013-12-23T23:15:00Z</dcterms:created>
  <dcterms:modified xsi:type="dcterms:W3CDTF">2013-12-23T23:15:00Z</dcterms:modified>
  <cp:category/>
</cp:coreProperties>
</file>