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[YOUR NAME]</w:t>
      </w:r>
    </w:p>
    <w:p>
      <w:r>
        <w:t>[City, country] | [Phone] | [Professional email]</w:t>
        <w:br/>
        <w:t>[LinkedIn or portfolio URL]</w:t>
      </w:r>
    </w:p>
    <w:p>
      <w:pPr>
        <w:pStyle w:val="Heading1"/>
      </w:pPr>
      <w:r>
        <w:t>PROFILE</w:t>
      </w:r>
    </w:p>
    <w:p>
      <w:r>
        <w:t>[Your role or target role, relevant experience, and what you bring to this job. Keep this to two or three sentences.]</w:t>
      </w:r>
    </w:p>
    <w:p>
      <w:pPr>
        <w:pStyle w:val="Heading1"/>
      </w:pPr>
      <w:r>
        <w:t>KEY SKILLS</w:t>
      </w:r>
    </w:p>
    <w:p>
      <w:r>
        <w:t>[Relevant skill] • [Relevant skill] • [Relevant skill]</w:t>
      </w:r>
    </w:p>
    <w:p>
      <w:pPr>
        <w:pStyle w:val="Heading1"/>
      </w:pPr>
      <w:r>
        <w:t>EXPERIENCE</w:t>
      </w:r>
    </w:p>
    <w:p>
      <w:r>
        <w:rPr>
          <w:b/>
        </w:rPr>
        <w:t>[Job title] | [Employer] | [Location]</w:t>
      </w:r>
    </w:p>
    <w:p>
      <w:r>
        <w:t>[Month Year–Present]</w:t>
      </w:r>
    </w:p>
    <w:p>
      <w:pPr>
        <w:pStyle w:val="ListBullet"/>
      </w:pPr>
      <w:r>
        <w:t>[What you did, for whom, and the outcome. Include a number only if you can verify it.]</w:t>
      </w:r>
    </w:p>
    <w:p>
      <w:pPr>
        <w:pStyle w:val="ListBullet"/>
      </w:pPr>
      <w:r>
        <w:t>[A second contribution relevant to the job.]</w:t>
      </w:r>
    </w:p>
    <w:p>
      <w:r>
        <w:rPr>
          <w:b/>
        </w:rPr>
        <w:t>[Previous job title] | [Employer] | [Location]</w:t>
      </w:r>
    </w:p>
    <w:p>
      <w:r>
        <w:t>[Month Year–Month Year]</w:t>
      </w:r>
    </w:p>
    <w:p>
      <w:pPr>
        <w:pStyle w:val="ListBullet"/>
      </w:pPr>
      <w:r>
        <w:t>[A relevant responsibility or achievement and its outcome.]</w:t>
      </w:r>
    </w:p>
    <w:p>
      <w:pPr>
        <w:pStyle w:val="Heading1"/>
      </w:pPr>
      <w:r>
        <w:t>EDUCATION</w:t>
      </w:r>
    </w:p>
    <w:p>
      <w:r>
        <w:t>[Qualification] | [Institution] | [Year or expected year]</w:t>
        <w:br/>
        <w:t>[Optional: relevant modules, project or classification]</w:t>
      </w:r>
    </w:p>
    <w:p>
      <w:pPr>
        <w:pStyle w:val="Heading1"/>
      </w:pPr>
      <w:r>
        <w:t>CERTIFICATIONS OR PROJECTS</w:t>
      </w:r>
    </w:p>
    <w:p>
      <w:r>
        <w:t>[Name] | [Issuer or project link] | [Year]</w:t>
        <w:br/>
        <w:t>[Remove this section if it is not relevant.]</w:t>
      </w:r>
    </w:p>
    <w:sectPr w:rsidR="00FC693F" w:rsidRPr="0006063C" w:rsidSect="00034616">
      <w:pgSz w:w="11906" w:h="16838"/>
      <w:pgMar w:top="1077" w:right="1134" w:bottom="107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40"/>
      <w:contextualSpacing/>
    </w:pPr>
    <w:rPr>
      <w:rFonts w:ascii="Arial" w:hAnsi="Arial"/>
      <w:color w:val="000000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 Anywhere single column CV template</dc:title>
  <dc:subject>Editable CV template for Word and Google Docs</dc:subject>
  <dc:creator>CV Anywhere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